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מניין מגיע השוקולד ואיך מכינים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לקקאו ולשוקולד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שלבי הכנת השוקולד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להוציא מהם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לחמם את הפולים בתנור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נטחן ונעטף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עץ הקקאו הוא עץ 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בתוך התרמיל יש פולים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מייבשים ואחר כך טוחנים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הסוכר נותן טעם מתוק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(הצמח שממנו עושים 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(הפרי של עץ הקקאו)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(הזרע שבתוך התרמיל)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(חימום הפולים בתנור)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(טחינת הפולים לאבקה)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סדרו את שלבי הכנת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קוצרים את התרמילים מהעץ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את הפולים ומייבשים אותם בשמש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קולים את הפולים בתנור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טוחנים את הפולים לאבקה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מוסיפים סוכר וחלב ומעצבים לחפיסה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שכוללת לפחות שני שלבים נכונים בהכנת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שאלה הגיונית הקשורה למסע או לשוקולד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קקאו / פולי קקאו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קולים אותם בתנור ואז טוחנים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מרשימת המילים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שוב קטע מהסיפור לפני מילוי הדף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הסידור (order) בזוגות כדי לעודד שיח בין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ה-mc וה-tf בלבד ולדלג על הפריטים המסומנים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נוגה יוצאת למסע מיוחד כדי לגלות מניין מגיע השוקולד שהיא אוהבת לאכול. בדף הזה נתרגל את המילים והשלבים שפגשה נוגה במסע שלה.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שוקולד עשוי בעיקר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הקקאו גדל...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בתוך התרמיל של הקקאו יש...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מייבשים את הפולים בשמש?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שיהיו לחים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להוציא מהם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שיגדלו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שיתקלקלו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קליה פירושה...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לקרר את הפולים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לחמם את הפולים בתנור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לשטוף את הפולים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לקצור את הפולים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לפני שהשוקולד מוכן למכירה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נטחן ונעטף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נזרק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 תרמיל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הקקאו גדל על עץ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בתוך התרמיל אין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הקצירה טוחנים מיד את הפולים בלי לייבש אותם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בשוקולד יש בדרך כלל גם סוכר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השוקולד עשוי מצמח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בתוך התרמיל 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מייבשים את הפולים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הקליה טוחנים את הפולים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קקאו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טחינת הפולים לאבקה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תרמיל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חימום הפולים בתנור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הפרי של עץ הקקאו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הזרע שבתוך התרמיל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טחינה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הצמח שממנו עושים שוקולד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סדרו את שלבי הכנת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סוכר וחלב ומעצבים לחפיסה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קוצרים את התרמילים מהעץ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טוחנים את הפולים לאבקה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קולים את הפולים בתנור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 את הפולים ומייבשים אותם בשמש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בשלושה משפטים מה למדה נוגה במסע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שואלים את נוגה אם הייתם פוגשים אותה במסע?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עשוי שוקולד?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לפולים אחרי שמייבשים אותם?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חדשה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השוקולד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