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מניין מגיע השוקולד ואיך מכינים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לקקאו ולשוקולד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שלבי הכנת השוקולד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להוציא מהם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לחמם את הפולים בתנור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נטחן ונעטף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הוא עץ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בתוך התרמיל יש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מייבשים ואחר כך טוחנים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הסוכר נותן טעם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(הצמח שממנו עושים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(הפרי של עץ הקקאו)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(הזרע שבתוך התרמיל)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(חימום הפולים בתנור)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(טחינת הפולים לאבקה)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סדרו את שלבי הכנת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קוצרים את התרמילים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הפולים ומייבשים אותם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קולים את הפולים בתנור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טוחנים את הפולים לאבקה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סוכר וחלב ומעצבים לחפיסה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שכוללת לפחות שני שלבים נכונים בהכנת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שאלה הגיונית הקשורה למסע או לשוקולד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קקאו / פולי 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קולים אותם בתנור ואז טוחנים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מרשימת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שוב קטע מהסיפור לפני מילוי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הסידור (order) בזוגות כדי לעודד שיח בין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ה-mc וה-tf בלבד ולדלג על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נוגה הולכת למסע. היא רוצה לדעת מאיפה בא השוקולד. נלמד מילים חדשות ונסדר את השלבים.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קָקָאו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הַצֶּמַח שֶׁמִּמֶּנּוּ עוֹשִׂים שׁוֹקוֹלָד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תַּרְמִיל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הַפְּרִי שֶׁל עֵץ הַקָּקָאו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פּוֹל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הַזֶּרַע שֶׁבְּתוֹךְ הַתַּרְמִיל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יִבּוּשׁ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לָשִׂים בַּשֶּׁמֶשׁ כְּדֵי שֶׁיִּתְיַבֵּשׁ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קְלִיָּה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לְחַמֵּם אֶת הַפּוֹלִים בַּתַּנּוּר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טְחִינָה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לִטְחֹן אֶת הַפּוֹלִים לְאַבְקָה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מַסָּע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דֶּרֶךְ אֲרֻכָּה מִמָּקוֹם לְמָקוֹם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עושים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גדל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בתוך התרמיל?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שמים את הפולים בשמש?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שיהיו לחים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להוציא מהם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שיגדלו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שיתקלקלו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קליה?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לקרר את הפולים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לחמם את הפולים בתנור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לשטוף את הפולים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לקצור את הפולים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לפולים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נטחן ונעטף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 תרמיל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הקקאו גדל על 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התרמיל אין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הקצירה טוחנים מיד את הפולים בלי לייבש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בשוקולד יש בדרך כלל גם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השוקולד עשוי מצמח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התרמיל 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מייבשים את הפולים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הקליה טוחנים את הפולים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הזרע שבתוך התרמיל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תרמיל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טחינת הפולים לאבקה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חימום הפולים בתנור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הפרי של עץ הקקאו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הצמח שממנו עושים שוקולד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סדרו את שלבי הכנת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קולים את הפולים בתנור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סוכר וחלב ומעצבים לחפיסה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את הפולים ומייבשים אותם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קוצרים את התרמילים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טוחנים את הפולים לאבקה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בשלושה משפטים מה למדה נוגה במסע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שואלים את נוגה אם הייתם פוגשים אותה במסע?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עשוי 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לפולים אחרי שמייבשים אותם?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