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מניין מגיע השוקולד ואיך מכינים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לקקאו ולשוקולד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שלבי הכנת השוקולד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הוא עץ 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בתוך התרמיל יש פולים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(הצמח שממנו עושים שוקולד)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(הפרי של עץ הקקאו)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(הזרע שבתוך התרמיל)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סדרו את שלבי הכנת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קוצרים את התרמילים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את הפולים ומייבשים אותם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קולים את הפולים בתנור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שכוללת לפחות שני שלבים נכונים בהכנת השוקולד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קקאו / פולי קקאו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קולים אותם בתנור ואז טוחנים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מרשימת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שוב קטע מהסיפור לפני מילוי הדף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הסידור (order) בזוגות כדי לעודד שיח בין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ה-mc וה-tf בלבד ולדלג על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השוקולד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בסיפור נוגה יוצאת למסע מיוחד כדי לגלות מניין מגיע השוקולד שהיא אוהבת לאכול. בדף הזה נתרגל את המילים והשלבים שפגשה נוגה במסע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פולים  ·  קקאו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שוקולד עשוי בעיקר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קקאו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תפוחים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הקקאו גדל...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מתחת לאדמה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הקקאו גדל על 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בתוך התרמיל אין 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השוקולד עשוי מצמח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בתוך התרמיל יש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קקאו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הפרי של עץ הקקאו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תרמיל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הזרע שבתוך התרמיל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הצמח שממנו עושים שוקולד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למה? סדרו את שלבי הכנת השוקולד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מוציאים את הפולים ומייבשים אותם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קולים את הפולים בתנור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קוצרים את התרמילים מהעץ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בשלושה משפטים מה למדה נוגה במסע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ממה עשוי שוקולד?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לפולים אחרי שמייבשים אותם?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השוקולד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